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ТЕХНИЧЕСКОЕ ЗАДАНИЕ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Перевозка сотрудников по регулярным маршрутам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DEMO-CASE-05 · Долгосрочная услуга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ООО «ДЕМО-ЛОГИСТИКА»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Перевозка сотрудников по регулярным маршрутам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маршруты между площадками Demo-организации в Московской области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 месяцев с ежемесячным реестром рейсов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3 360 000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НАЗНАЧЕНИЕ И ГРАНИЦЫ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ТЗ фиксирует пять маршрутов, остановки, расписание, нагрузку, требования к транспорту, резерву, диспетчеризации, безопасности и ежемесячному расчету.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ТРЕБОВАНИЯ К ПРЕДМЕТУ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450"/>
        <w:gridCol w:w="1650"/>
        <w:gridCol w:w="650"/>
        <w:gridCol w:w="600"/>
        <w:gridCol w:w="2600"/>
        <w:gridCol w:w="2050"/>
        <w:gridCol w:w="1360"/>
      </w:tblGrid>
      <w:tr>
        <w:trPr>
          <w:tblHeader w:val="true"/>
        </w:trPr>
        <w:tc>
          <w:tcPr>
            <w:tcW w:type="dxa" w:w="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1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Позиция</w:t>
            </w:r>
          </w:p>
        </w:tc>
        <w:tc>
          <w:tcPr>
            <w:tcW w:type="dxa" w:w="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Кол-во</w:t>
            </w:r>
          </w:p>
        </w:tc>
        <w:tc>
          <w:tcPr>
            <w:tcW w:type="dxa" w:w="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Ед.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Требование</w:t>
            </w:r>
          </w:p>
        </w:tc>
        <w:tc>
          <w:tcPr>
            <w:tcW w:type="dxa" w:w="20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Критерий приемки</w:t>
            </w:r>
          </w:p>
        </w:tc>
        <w:tc>
          <w:tcPr>
            <w:tcW w:type="dxa" w:w="1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Проверка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Маршрут М-1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мес.</w:t>
            </w:r>
          </w:p>
        </w:tc>
        <w:tc>
          <w:tcPr>
            <w:tcW w:type="dxa" w:w="2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ежедневные рабочие рейсы по паспорту М-1, автобус не менее 28 мест, диспетчерская отметка.</w:t>
            </w:r>
          </w:p>
        </w:tc>
        <w:tc>
          <w:tcPr>
            <w:tcW w:type="dxa" w:w="2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рейсы выполнены по реестру, срывы отражены и компенсированы.</w:t>
            </w:r>
          </w:p>
        </w:tc>
        <w:tc>
          <w:tcPr>
            <w:tcW w:type="dxa" w:w="1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рейсовый реестр, GPS/диспетчер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Маршрут М-2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мес.</w:t>
            </w:r>
          </w:p>
        </w:tc>
        <w:tc>
          <w:tcPr>
            <w:tcW w:type="dxa" w:w="2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ежедневные рабочие рейсы по паспорту М-2, автобус не менее 22 мест, резерв доступен.</w:t>
            </w:r>
          </w:p>
        </w:tc>
        <w:tc>
          <w:tcPr>
            <w:tcW w:type="dxa" w:w="2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месячный реестр подтвержден ответственным Заказчика.</w:t>
            </w:r>
          </w:p>
        </w:tc>
        <w:tc>
          <w:tcPr>
            <w:tcW w:type="dxa" w:w="1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реестр, журнал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Маршруты М-3—М-5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мес.</w:t>
            </w:r>
          </w:p>
        </w:tc>
        <w:tc>
          <w:tcPr>
            <w:tcW w:type="dxa" w:w="2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обслуживание трех маршрутов, учет загрузки, замена транспорта до 60 минут, ежемесячная отчетность.</w:t>
            </w:r>
          </w:p>
        </w:tc>
        <w:tc>
          <w:tcPr>
            <w:tcW w:type="dxa" w:w="2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каждый рейс имеет дату, маршрут, транспорт и статус.</w:t>
            </w:r>
          </w:p>
        </w:tc>
        <w:tc>
          <w:tcPr>
            <w:tcW w:type="dxa" w:w="1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реестр поездок, отчет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УСЛОВИЯ ИСПОЛНЕНИЯ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Рейсы выполняются по утвержденному расписанию. Изменение маршрута согласуется заранее, отклонения и фактическая загрузка фиксируются в реестре поездок.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ПРИЕМКА И ПОДТВЕРЖДАЮЩИЕ ДОКУМЕНТЫ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паспорт маршрута и расписание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реестр автобусов и резервной машины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диспетчерский журнал и реестр рейсов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ежемесячный акт и отчет по срывам/заменам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5. </w:t>
      </w:r>
      <w:r>
        <w:rPr>
          <w:rFonts w:ascii="Arial" w:hAnsi="Arial"/>
          <w:b/>
          <w:i w:val="0"/>
          <w:color w:val="A9711C"/>
          <w:sz w:val="26"/>
        </w:rPr>
        <w:t>ГАРАНТИЯ И ОТВЕТСТВЕННОСТЬ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Перевозчик обеспечивает автобусы, резервную машину, диспетчерскую связь, предрейсовый контроль и ежемесячный реестр рейсов. Замена транспорта при поломке — до 60 минут.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6. </w:t>
      </w:r>
      <w:r>
        <w:rPr>
          <w:rFonts w:ascii="Arial" w:hAnsi="Arial"/>
          <w:b/>
          <w:i w:val="0"/>
          <w:color w:val="A9711C"/>
          <w:sz w:val="26"/>
        </w:rPr>
        <w:t>МАТРИЦА КОНТРОЛЯ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200"/>
        <w:gridCol w:w="1800"/>
        <w:gridCol w:w="2200"/>
        <w:gridCol w:w="3160"/>
      </w:tblGrid>
      <w:tr>
        <w:trPr>
          <w:tblHeader w:val="true"/>
        </w:trPr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Контрольная точка</w:t>
            </w:r>
          </w:p>
        </w:tc>
        <w:tc>
          <w:tcPr>
            <w:tcW w:type="dxa" w:w="18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Когда</w:t>
            </w:r>
          </w:p>
        </w:tc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Ответственный</w:t>
            </w:r>
          </w:p>
        </w:tc>
        <w:tc>
          <w:tcPr>
            <w:tcW w:type="dxa" w:w="31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Запись результата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Выход на линию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ежедневно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диспетчер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рейсовый реестр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Замена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до 60 минут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перевозчик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карточка инцидента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Загрузка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каждый рейс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водитель/диспетчер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реестр пассажирской нагрузки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Приемка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ежемесячно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акт и отчет</w:t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Технический заказчик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Закупочная функция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Согласовано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Техническое задание  ·  DEMO-CASE-05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