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ТЕХНИЧЕСКОЕ ЗАДАНИЕ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Восстановление антикоррозионного покрытия промышленных металлоконструкций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DEMO-CASE-03 · Работы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«ДЕМО-МЕТАЛЛ»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Восстановление антикоррозионного покрытия промышленных металлоконструкций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производственная площадка Demo-организации, Нижний Новгород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45 календарных дней после допуска на площадку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4 950 000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НАЗНАЧЕНИЕ И ГРАНИЦЫ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ТЗ описывает ремонтное покрытие: обследование, подготовку поверхности, систему слоев, материалы, технологические паузы, HSE, контроль толщины и исполнительные документы.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ТРЕБОВАНИЯ К ПРЕДМЕТУ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1650"/>
        <w:gridCol w:w="650"/>
        <w:gridCol w:w="600"/>
        <w:gridCol w:w="2600"/>
        <w:gridCol w:w="2050"/>
        <w:gridCol w:w="13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1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Требование</w:t>
            </w:r>
          </w:p>
        </w:tc>
        <w:tc>
          <w:tcPr>
            <w:tcW w:type="dxa" w:w="2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 приемки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Подготовка поверхности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абразивоструйная очистка до согласованной степени, удаление ржавчины и пыли, шероховатость по карте технологии.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поверхность чистая, шероховатость измерена, акт скрытых работ подписан.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визуальный контроль, профильометр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Система покрытия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совместимая трехслойная система для промышленной атмосферы; каждый слой имеет паспорт и карту толщины.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сухая толщина и равномерность соответствуют карте; дефекты устранены.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толщиномер, визуальный осмотр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Исполнительная документация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комплект документов по захваткам с партиями материалов, условиями нанесения и результатами измерений.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комплект передан и связан с захватками.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проверка реестра и подписей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Работы выполняются по захваткам после допуска и ограждения зоны. До окраски оформляется акт подготовки; скрытые операции принимаются до нанесения следующего слоя.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ПРИЕМКА И ПОДТВЕРЖДАЮЩИЕ ДОКУМЕНТЫ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план организации работ и допуски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паспорта материалов и карты партии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журнал подготовки и нанесения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акты скрытых работ, измерительные листы, финальный акт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ГАРАНТИЯ И ОТВЕТСТВЕННОСТЬ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результата — 36 месяцев при соблюдении режима эксплуатации. Исполнитель передает журналы подготовки, карты толщины, акты скрытых работ и исполнительную документацию.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МАТРИЦА КОНТРОЛЯ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200"/>
        <w:gridCol w:w="1800"/>
        <w:gridCol w:w="2200"/>
        <w:gridCol w:w="3160"/>
      </w:tblGrid>
      <w:tr>
        <w:trPr>
          <w:tblHeader w:val="true"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Контрольная точка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Когда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Ответственный</w:t>
            </w:r>
          </w:p>
        </w:tc>
        <w:tc>
          <w:tcPr>
            <w:tcW w:type="dxa" w:w="31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Запись результата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Допуск и подготовка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работ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мастер и HSE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акт допуска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Скрытые операции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следующего слоя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технадзор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акт скрытых работ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Толщина покрытия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каждая захватка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лаборант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измерительная ведомость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Финальная приемка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7 дней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комиссия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финальный акт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Технический заказчик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Согласовано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Техническое задание  ·  DEMO-CASE-03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