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ЗАКУПОЧНАЯ ДОКУМЕНТАЦИЯ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Восстановление антикоррозионного покрытия промышленных металлоконструкций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DEMO-CASE-03 · Работы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АО «ДЕМО-МЕТАЛЛ»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Восстановление антикоррозионного покрытия промышленных металлоконструкций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производственная площадка Demo-организации, Нижний Новгород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45 календарных дней после допуска на площадку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4 950 000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ИНФОРМАЦИОННАЯ КАРТА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Номер Demo-процедуры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ДЕМО-DEMO-CASE-03/2026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Восстановление антикоррозионного покрытия промышленных металлоконструкций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Метод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производственная площадка Demo-организации, Нижний Новгород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45 календарных дней после допуска на площадку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4 950 000 ₽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Критерии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соответствие, цена, срок, гарантия/SLA, риски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СОСТАВ И ПОРЯДОК ПОДАЧИ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Участник подает сведения о себе, заполненную форму ответа, техническое описание соответствия, цену с НДС, срок, условия оплаты, гарантию/SLA и перечень отклонений. В комплекте документации доступны утвержденные заявка, ТЗ, RFQ, расчет НМЦК, форма сравнения и проект договора.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ОЦЕНКА И ПРИНЯТИЕ РЕШЕНИЯ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1800"/>
        <w:gridCol w:w="3600"/>
        <w:gridCol w:w="3960"/>
      </w:tblGrid>
      <w:tr>
        <w:trPr>
          <w:tblHeader w:val="true"/>
        </w:trPr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</w:t>
            </w:r>
          </w:p>
        </w:tc>
        <w:tc>
          <w:tcPr>
            <w:tcW w:type="dxa" w:w="3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  <w:tc>
          <w:tcPr>
            <w:tcW w:type="dxa" w:w="39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Техника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позиционная матрица ТЗ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отклонение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арифметика формы и НДС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сопоставимая сумма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календарный план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 пределах потребности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оплата, гарантия/SLA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зафиксированы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Риски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пропуски и ограничения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отражены в сравнении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600"/>
        <w:gridCol w:w="5200"/>
        <w:gridCol w:w="3560"/>
      </w:tblGrid>
      <w:tr>
        <w:trPr>
          <w:tblHeader w:val="true"/>
        </w:trPr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5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Документ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Версия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задание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TS-DEMO-CASE-03-v1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запроса КП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RFQ-DEMO-CASE-03-v1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Обоснование НМЦК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NMCC-DEMO-CASE-03-v1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Проект договора с приложениями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CTR-DEMO-CASE-03-v1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5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предложения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OFFER-DEMO-CASE-03-v1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Юридическая проверка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Утверждаю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Закупочная документация  ·  DEMO-CASE-03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