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ТЕХНИЧЕСКОЕ ЗАДАНИЕ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Техническое обслуживание вентиляции и кондиционирования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DEMO-CASE-02 · Регулярная услуга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«ДЕМО-ЭКСПЛУАТАЦИЯ»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обслуживание вентиляции и кондиционирования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производственный комплекс Demo-организации, Санкт-Петербург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ежемесячной приемкой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2 040 000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НАЗНАЧЕНИЕ И ГРАНИЦЫ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ТЗ описывает эксплуатационную услугу по реестру оборудования с периодичностью, измеримым SLA, аварийными сценариями, журналами и месячной отчетностью.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ТРЕБОВАНИЯ К ПРЕДМЕТУ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1650"/>
        <w:gridCol w:w="650"/>
        <w:gridCol w:w="600"/>
        <w:gridCol w:w="2600"/>
        <w:gridCol w:w="2050"/>
        <w:gridCol w:w="13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1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Требование</w:t>
            </w:r>
          </w:p>
        </w:tc>
        <w:tc>
          <w:tcPr>
            <w:tcW w:type="dxa" w:w="2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 приемки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Регламентное ТО оборудования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осмотр, очистка, проверка приводов, температурных параметров и автоматики по каждой единице реестра.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48 единиц отмечены в журнале, измерения и дефекты зафиксированы.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журнал, выборочная проверка, отчет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Аварийный выезд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прием заявки 24/7, дистанционная диагностика, выезд до 4 часов и отчет о причине/решении.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время заявки и прибытия соответствует SLA, результат подписан.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карточка заявки, отметка диспетчера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Исполнитель принимает реестр оборудования, проводит первичный осмотр, затем выполняет ежемесячные регламентные работы и аварийные выезды с фиксацией времени заявки, прибытия и результата.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ПРИЕМКА И ПОДТВЕРЖДАЮЩИЕ ДОКУМЕНТЫ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реестр оборудования и стартовый акт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ежемесячный сервисный журнал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отчет с измерениями и выявленными дефектами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акт оказанных услуг и перечень материалов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ГАРАНТИЯ И ОТВЕТСТВЕННОСТЬ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SLA: аварийный выезд до 4 часов, плановый визит ежемесячно, журнал работ и отчет до 3-го рабочего дня месяца. Расходные материалы до 25 000 ₽ за месяц включены; крупные запчасти согласуются отдельно.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МАТРИЦА КОНТРОЛЯ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200"/>
        <w:gridCol w:w="1800"/>
        <w:gridCol w:w="2200"/>
        <w:gridCol w:w="3160"/>
      </w:tblGrid>
      <w:tr>
        <w:trPr>
          <w:tblHeader w:val="true"/>
        </w:trPr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Контрольная точка</w:t>
            </w:r>
          </w:p>
        </w:tc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Когда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Ответственный</w:t>
            </w:r>
          </w:p>
        </w:tc>
        <w:tc>
          <w:tcPr>
            <w:tcW w:type="dxa" w:w="31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Запись результата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Плановый визит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ежемесячно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инженер Исполнителя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сервисный журнал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Аварийная заявка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 событию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диспетчер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карточка SLA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Отчет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3-го рабочего дня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руководитель сервиса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месячный отчет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Приемка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5-го рабочего дня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акт услуг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Технический заказчик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Согласовано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Техническое задание  ·  DEMO-CASE-02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