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ЗАПРОС КОММЕРЧЕСКИХ ПРЕДЛОЖЕНИЙ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20 бизнес-ноутбуков для инженерно-конструкторского подразделения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DEMO-CASE-01 · Поставка товаров · IT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«ДЕМО-ИНЖИНИРИНГ»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20 бизнес-ноутбуков для инженерно-конструкторского подразделения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Demo-организации, Москва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30 календарных дней с даты договора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2 174 000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ИНСТРУКЦИЯ УЧАСТНИКУ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Предложение заполняется по каждой позиции. Цена указывается за единицу и за объем; итог должен совпадать с арифметикой формы. НДС, срок, гарантия, оплата и отклонения указываются явно.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ФОРМА ОТВЕТА ПО ПОЗИЦИЯМ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2200"/>
        <w:gridCol w:w="650"/>
        <w:gridCol w:w="600"/>
        <w:gridCol w:w="1050"/>
        <w:gridCol w:w="1050"/>
        <w:gridCol w:w="700"/>
        <w:gridCol w:w="26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Цена/ед.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Сумма</w:t>
            </w:r>
          </w:p>
        </w:tc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НДС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Соответствие/отклонение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Ноутбук бизнес-класса 15,6"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КОММЕРЧЕСКИЕ УСЛОВИЯ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Поле</w:t>
            </w:r>
          </w:p>
        </w:tc>
        <w:tc>
          <w:tcPr>
            <w:tcW w:type="dxa" w:w="6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Наименование и ИНН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Контактное лицо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поставки/оказания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 оплаты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Гарантия/SLA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действия предложения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Доставка/выезды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включены или выделены отдельной строкой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Подтверждение ТЗ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перечислены отклонения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КРИТЕРИИ СОПОСТАВИМОСТИ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Сравнение проводится по техническому соответствию, полной цене с НДС, сроку, условиям оплаты, гарантии/SLA и зафиксированным отклонениям. Неполный ответ сохраняется с предупреждением и не трактуется как соответствующий автоматически.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Подготовил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Проверил форму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Запрос коммерческих предложений  ·  DEMO-CASE-01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