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ЗАКУПОЧНАЯ ДОКУМЕНТАЦИЯ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Поставка 20 бизнес-ноутбуков для инженерно-конструкторского подразделения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DEMO-CASE-01 · Поставка товаров · IT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«ДЕМО-ИНЖИНИРИНГ»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Поставка 20 бизнес-ноутбуков для инженерно-конструкторского подразделения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склад Demo-организации, Москва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30 календарных дней с даты договора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2 174 000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ИНФОРМАЦИОННАЯ КАРТА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Номер Demo-процедуры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ДЕМО-DEMO-CASE-01/2026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Поставка 20 бизнес-ноутбуков для инженерно-конструкторского подразделения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Метод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склад Demo-организации, Москва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30 календарных дней с даты договора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2 174 000 ₽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Критерии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соответствие, цена, срок, гарантия/SLA, риски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СОСТАВ И ПОРЯДОК ПОДАЧИ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Участник подает сведения о себе, заполненную форму ответа, техническое описание соответствия, цену с НДС, срок, условия оплаты, гарантию/SLA и перечень отклонений. В комплекте документации доступны утвержденные заявка, ТЗ, RFQ, расчет НМЦК, форма сравнения и проект договора.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ОЦЕНКА И ПРИНЯТИЕ РЕШЕНИЯ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1800"/>
        <w:gridCol w:w="3600"/>
        <w:gridCol w:w="3960"/>
      </w:tblGrid>
      <w:tr>
        <w:trPr>
          <w:tblHeader w:val="true"/>
        </w:trPr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Критерий</w:t>
            </w:r>
          </w:p>
        </w:tc>
        <w:tc>
          <w:tcPr>
            <w:tcW w:type="dxa" w:w="3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Проверка</w:t>
            </w:r>
          </w:p>
        </w:tc>
        <w:tc>
          <w:tcPr>
            <w:tcW w:type="dxa" w:w="39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Техника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позиционная матрица ТЗ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соответствует / отклонение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Цена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арифметика формы и НДС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сопоставимая сумма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календарный план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 пределах потребности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Условия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оплата, гарантия/SLA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зафиксированы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Риски</w:t>
            </w:r>
          </w:p>
        </w:tc>
        <w:tc>
          <w:tcPr>
            <w:tcW w:type="dxa" w:w="3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пропуски и ограничения</w:t>
            </w:r>
          </w:p>
        </w:tc>
        <w:tc>
          <w:tcPr>
            <w:tcW w:type="dxa" w:w="39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отражены в сравнении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600"/>
        <w:gridCol w:w="5200"/>
        <w:gridCol w:w="3560"/>
      </w:tblGrid>
      <w:tr>
        <w:trPr>
          <w:tblHeader w:val="true"/>
        </w:trPr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5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Документ</w:t>
            </w:r>
          </w:p>
        </w:tc>
        <w:tc>
          <w:tcPr>
            <w:tcW w:type="dxa" w:w="3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Версия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задание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TS-DEMO-CASE-01-v1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запроса КП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RFQ-DEMO-CASE-01-v1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Обоснование НМЦК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NMCC-DEMO-CASE-01-v1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Проект договора с приложениями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CTR-DEMO-CASE-01-v1</w:t>
            </w:r>
          </w:p>
        </w:tc>
      </w:tr>
      <w:tr>
        <w:trPr>
          <w:cantSplit/>
        </w:trPr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5</w:t>
            </w:r>
          </w:p>
        </w:tc>
        <w:tc>
          <w:tcPr>
            <w:tcW w:type="dxa" w:w="5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Форма предложения</w:t>
            </w:r>
          </w:p>
        </w:tc>
        <w:tc>
          <w:tcPr>
            <w:tcW w:type="dxa" w:w="35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OFFER-DEMO-CASE-01-v1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Юридическая проверка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Утверждаю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Закупочная документация  ·  DEMO-CASE-01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